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מפה פשוטה ולזהות את מסלול הנסיעה מעפולה/חיפה לטבריה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שלטי בטיחות בדרכים ולהבין פעלי ציווי הקשורים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שלחבר/ה קשה ולדעת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שנאמנות אמיתית כוללת שיתוף מבוגר/ת כשצריך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המסלול לטבריה: גאוגרפיה ודרכים – מכירים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 תבור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75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המסלול לטבריה: גאוגרפיה ודרכים – ברור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אכן נקודת המעבר בין שני הכבישים במסלול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המסלול לטבריה: גאוגרפיה ודרכים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צומת 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המסלול לטבריה: גאוגרפיה ודרכים – מתאימים מקום לדרך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(כביש 65)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(רואים אותו בדרך בכביש 65)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(המעבר לכביש 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(עיקולים חדים ושיפוע תלול)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(כביש 90 ליד הכנרת)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שלטים וציוויים בדרך – מזהים את השלט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אדום (שמונה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אין כניסה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כשהכביש יורד חזק 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רק במעבר 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שלטים וציוויים בדרך – פעלים בציווי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שלטים וציוויים בדרך – סדר פעולות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סדרו נכון: עוצרים עצירה מלאה / מתקרבים לשלט עצור / ממשיכים בזהירות / מסתכלים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סדרו נכון: חוצים את הכביש / מגיעים למעבר חציה / מביטים ימינה ושמאלה / מחכים שהרכבים נעצרים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נכון: מאטים מהירות / רואים שלט ירידה תלולה / נכנסים לעיקולים בזהירות / מחזיקים את ההגה בשתי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נוסעים אחראים: החלטות ברכב – זוכרים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חוגרים חגורת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"תני לי, אני עונה בשבילך"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בצד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לשבת בשקט וחגורים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נוסעים אחראים: החלטות ברכב – מצב ברכב ותגובה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(חוגרים חגורת בטיחות - קליק)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(יושבים בשקט וחגורים)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(מציעים לענות או לקרוא הודעה בשבילו)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אומרים לנהג 'מהר מהר', נותנים לו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(יורדים רק בצד המדרכה)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נוסעים אחראים: החלטות ברכב – מסדרים את ההחלטה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הטלפון של הנהג או הנהגת מצלצל בדיוק בעיקול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הנוסע או הנוסעת שם או שמה לב שזה רגע לא בטוח לענות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הנוסע או הנוסעת מציע או מציעה: "תני לי, אני אענה בשבילך"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או הנהגת ממשיך או ממשיכה להסתכל על הכביש ונוהג או נוהגת בבטחה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חברות נאמנה: לשים לב ולהקשיב – זוכרים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ליד יואב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לצחוק ולרוץ ראשון להפסקה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לבוא למשחק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"לא משנה, אף אחד לא שם לב"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"שמתי לב שאתה קצת שקט, אני פה"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חברות נאמנה: לשים לב ולהקשיב – מזהים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(להפסיק לבוא למשחק הכדור שהיה חלק גדול מהחיים)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(לשבת לבד ולהתרחק מחברים)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("לא משנה, אף אחד לא שם לב")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 יום רע אחד, אלא כמה שבועות ברציפות)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(לשבת ליד החבר ולשמוע בלי למהר לייעץ)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חברות נאמנה: לשים לב ולהקשיב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אכפתיות מהחבר גברה על הפחד; חברות אמיתית דורשת אומץ קטן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שמתי לב שאת/ה קצת שקט/ה לאחרונה, אני פה אם תרצה/י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נאמנות אמיתית היא דאגה לטובת החבר, לא שתיקה; מבוגר יכול לעזור באמת כשקשה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סוד פרטי לא מסכן אף אחד, למשל חיבה על מישהו; סוד מדאיג נוגע למצוקה גדולה וצריך לשתף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למי פונים כשקשה – מה קרה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הם ישבו ביחד כבר שנתיים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יואב הפסיק לבוא למשחק וישב לבד על הספסל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כתב שאף אחד לא שם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דיברה אליו בשקט ובעדינות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למי פונים כשקשה – איך מגיבים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ניגשה אליו בשקט ואמרה שהיא פה בשבילו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להקשיב בלי למהר לפתור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כשמדובר במצוקה שנמשכת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למי פונים כשקשה – השלמות וחיבור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למי פונים כשקשה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(לשים לב ולפנות בעדינות)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(לשתף מבוגר/ת אחראי/ת)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(לדבר בפרטיות ובלי לחץ)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(פונים ליועצת או לנאמני החוסן)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מנווטים נכון: סיכום ומשימת ניווט – זוכרים את המסלול והשלטים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להוריד מהירות לפני מקום שדורש 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ליועצת או לנאמני החוסן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מנווטים נכון: סיכום ומשימת ניווט – מתאימים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הכנרת שוכנת בשקע עמוק מתחת לפני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מסיח את הדעת ומסוכן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הנהג/ת יכול/ה להתרכז בכביש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נאמנות היא דאגה לטובת החבר, ולפעמים צריך לשתף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מנווטים נכון: סיכום ומשימת ניווט – מנווטים נכון: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(עוצרים עצירה מלאה ומסתכלים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(הרבה עיקולים ברצף, שומרים על שקט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שאולי קשה לו ושווה לשים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טובה לפנות לחבר במצוקה)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(חוצים רק שם, אחרי שמחכים ומסתכלים)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מזכיר/ה כבישים 65, 77, 75 ולפחות סיבה גאוגרפית אחת לירידה (הכנרת מתחת לפני הים)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מזכיר/ה חגורה, שקט בעיקולים, עזרה בטלפון או בניווט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מזכיר/ה שינוי בהתנהגות/הסתגרות ושם של דמות לפנייה כמו יועצת או נאמן/ת חוסן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 מפגשים: דרכים, רגשות, וסיכום משולב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פרקי הרגשות להזכיר שהשיתוף תמיד רשות ואפשר לדלג על כל שאלה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(א׳-ג׳) להתמקד בסיפור הקצר ובזיהוי שלטים, ולהשאיר את דיוני הנאמנות לכיתות ד׳ ומעלה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במפה הסכמטית של המסלול כתרגיל קבוצתי לפני העבודה האישית בחוברת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שני מסעות: נסיעה לטבריה ומסע ברגשות. עברו פרק אחרי פרק. אפשר לדלג על שאלות על רגשות.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שאומר למישהו מה לעשות, כמו עצור או האט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עיקול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פנייה חדה בכביש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ירידה תלולה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כביש שיורד מהר למטה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עוברים מכביש אחד לכביש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שמגינה עלינו ברכב, חוגרים בכל 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נוסע/ת אחראי/ת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שעוזר/ת לנהג/ת ולא מסיח/ה את דעתו/ה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באמת לטובת החבר/ה, גם אם צריך לשתף מבוגר/ת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קשה שנמשכת זמן, לא רק יום רע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מבוגר/ת או תלמיד/ה שאפשר לפנות אליו/ה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המסלול לטבריה: גאוגרפיה ודרכים – מכירים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יוצאים לנסיעה?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מספר כביש יוצא מעפולה?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הר רואים בנסיעה?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גריזים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המספר של הכביש מחיפה?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המסלול לטבריה: גאוגרפיה ודרכים – ברור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במחלף גולני עוברים מכביש 65 לכביש 77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המסלול לטבריה: גאוגרפיה ודרכים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שבא מחיפה נוסע בכביש 75 עד __________, ואז ממשיך בכביש 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במחלף __________ עוברים מכביש 65 לכביש 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טבריה הכביש __________ בצורה תלולה, עם הרבה עיקולים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ליד הכנרת ובטבריה נוסעים בכביש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המסלול לטבריה: גאוגרפיה ודרכים – מתאימים מקום לדרך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כביש 90 ליד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 תבור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עיקולים חדים ושיפוע תלול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מחלף גולני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כביש 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הירידה לטבריה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המעבר לכביש 77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טבריה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רואים אותו בדרך בכביש 65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שלטים וציוויים בדרך – מזהים את השלט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צורה יש לשלט שאומר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עיגול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משולש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מתומן אדום (שמונה צלעות)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ריבוע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 השלט עם העיגול האדום והפס הלבן?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ירידה תלולה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שמים שלט כזה בכביש?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כשהכביש עולה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כשהכביש יורד חזק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כשיש חניה בקרבת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תחנת דלק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צריך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אין אף מכונית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שלטים וציוויים בדרך – פעלים בציווי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שלט בדרך אומר לנהג: "__________!" ופירושו לעצור לגמרי ולהסתכל לכל הכיוונים.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עיקול או ירידה תלולה הנהג/ת צריך/ה ל__________ את המהירות.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שלט "__________ בזהירות" מבקש מהנהג לנסוע לאט ולשים לב לדרך.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משולש הפוך אומר לנהג: "__________ זכות קדימה" לרכבים בדרך הראשית.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שזזים ברכב אומרים לעצמנו במילה אחת: "__________ חגורה!"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שלטים וציוויים בדרך – סדר פעולות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נכון: חוצים את הכביש / מגיעים למעבר חציה / מביטים ימינה ושמאלה / מחכים שהרכבים נעצרים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נכון: מאטים מהירות / רואים שלט ירידה תלולה / נכנסים לעיקולים בזהירות / מחזיקים את ההגה בשתי 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נכון: עוצרים עצירה מלאה / מתקרבים לשלט עצור / ממשיכים בזהירות / מסתכלים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נוסעים אחראים: החלטות ברכב – זוכרים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שהרכב זז?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חוגרים חגורת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במושב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אוכלים כריך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מריה אומרת כשהטלפון מצלצל?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"תני לי, אני עונה בשבילך"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"תעני מהר!"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"תפסיקי לנסוע"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צד יורדים מהרכב?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בצד הכביש הפנוי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יורדים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בעיקולים?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בשמחה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לשבת בשקט וחגורים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לקום מהמושב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לפתוח את הדלת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נוסעים אחראים: החלטות ברכב – מצב ברכב ותגובה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שהרכב זז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יורדים רק בצד המדרכה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עיקול בכביש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אומרים לנהג 'מהר מהר', נותנים לו להתרכז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הטלפון של הנהג מצלצל בזמן נהיגה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חוגרים חגורת בטיחות - קליק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ירידה תלולה עם הרבה עיקולים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יושבים בשקט וחגורים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מגיעים ויוצאים מהרכב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מציעים לענות או לקרוא הודעה בשבילו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נוסעים אחראים: החלטות ברכב – מסדרים את ההחלטה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הנוסע או הנוסעת שם או שמה לב שזה רגע לא בטוח לענות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או הנהגת ממשיך או ממשיכה להסתכל על הכביש ונוהג או נוהגת בבטחה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הטלפון של הנהג או הנהגת מצלצל בדיוק בעיקול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הנוסע או הנוסעת מציע או מציעה: "תני לי, אני אענה בשבילך"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חברות נאמנה: לשים לב ולהקשיב – זוכרים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ישבה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 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בשורה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יואב היה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לשתוק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לצחוק ולרוץ ראשון להפסקה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יואב לא עשה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לבוא למשחק 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לאכול ארוחת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יואב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בדיחה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"לא משנה, אף אחד לא שם לב"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הזמנה למסיבה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תמר אמרה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"למה אתה ככה?"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"שמתי לב שאתה קצת שקט, אני פה"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"ספר לי הכל עכשיו"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"זה לא ענייני"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חברות נאמנה: לשים לב ולהקשיב – מזהים 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ויתור על תחביב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"לא משנה, אף אחד לא שם לב"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הסתגרות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יום רע אחד, אלא כמה שבועות ברציפות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משפט עצוב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לשבת ליד החבר ולשמוע בלי למהר לייעץ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שינוי מתמשך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להפסיק לבוא למשחק הכדור שהיה חלק גדול מהחיים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הקשבה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לשבת לבד ולהתרחק מחברים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חברות נאמנה: לשים לב ולהקשיב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תמר פחדה לגשת ליואב. למה, לדעתכם, היא בכל זאת ניגשה אליו?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שאפשר לומר לחבר/ה ששמים לב שקשה לו/ה, בלי ללחוץ עליו/ה.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תמר חשבה שצריך גם מבוגר שיעזור ליואב. הסבירו למה זה לא נחשב בגידה בסוד.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סוד ששומר על פרטיות לסוד שצריך לספר למבוגר? תנו דוגמה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למי פונים כשקשה – מה קרה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ויואב ישבו ביחד באותה 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המשיך לשחק כדור בהפסקות כרגיל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כתב בקבוצת הכיתה משפט עצוב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ניגשה אל יואב וצעקה עליו שיספר מה 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למי פונים כשקשה – איך מגיבים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תמר עשתה?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 ולא אמרה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ניגשה אליו בשקט ואמרה שהיא פה בשבילו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סיפרה לכל הכיתה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כעסה עליו שהוא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בלי למהר לפתור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פתרון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לכולם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להגיד שגם לנו קשה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מספרים למבוגר?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כשמדובר במצוקה שנמשכת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אם החבר מבקש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פעם, כי זה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זה קורה בבית ספר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למי פונים כשקשה – השלמות וחיבור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ניגשה אל יואב ואמרה לו בשקט: "שמתי לב שאתה __________ לאחרונה"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כשחבר/ה במצוקה מתמשכת, חשוב לשתף מבוגר/ת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למי פונים כשקשה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כותב הודעה עצובה שחוזרת על עצמה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לשתף מבוגר/ת אחראי/ת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 מבקש לשמור בסוד מצוקה גדולה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פונים ליועצת או לנאמני החוסן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רוצים לגשת לחבר/ה ששקט/ה לאחרונה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לשים לב ולפנות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לא יודעים למי לפנות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לדבר בפרטיות ובלי לחץ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מנווטים נכון: סיכום ומשימת ניווט – זוכרים את המסלול והשלטים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נוסעים במסלול?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כביש עובר ליד הר תבור?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שלט עם הכיתוב "האט"?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לעצור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מהירות לפני מקום שדורש 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פונים בבית הספר כשחבר או חברה נמצאים במצוקה?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 או לנאמני החוסן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אחד, שומרים בסוד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למשטרה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מנווטים נכון: סיכום ומשימת ניווט – מתאימים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נמצאת מתחת לפני הים, ולכן הכביש לטבריה יורד בשיפוע תלול.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נכון להסתכל בטלפון ולענות להודעות בזמן נהיגה בעיקול.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 או נוסעת ברכב יכולים לעזור לנהג/ת על ידי מענה להודעות במקומם.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נאמנות אמיתית פירושה תמיד לשמור בסוד כל דבר שחבר מבקש, גם אם הוא במצוקה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מנווטים נכון: סיכום ומשימת ניווט – מנווטים נכון: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שלט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עיקולים ברצף, שומרים על שקט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שלט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טובה לפנות לחבר במצוקה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חבר שמפסיק לבוא למשחקים ויושב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חוצים רק שם, אחרי שמחכים ומסתכלים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"שמתי לב שאת/ה רחוק/ה לאחרונה, אני פה"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שאולי קשה לו ושווה לשים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עוצרים עצירה מלאה ומסתכלים לכל הכיוונים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לתאר את המסלול מעפולה או מחיפה לטבריה ולהסביר למה הירידה תלולה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לפחות שלושה דברים שנוסע/ת אחראי/ת עושה ברכב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סימן שלחבר/ה קשה ולומר למי אפשר לפנות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מנווטים נכון: חוסן, בטיחות וקבלת החלטות בנובמבר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